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346E" w14:textId="0B24EB9E" w:rsidR="00A7193C" w:rsidRDefault="00BB51CE" w:rsidP="00D50BF9">
      <w:pPr>
        <w:spacing w:after="20"/>
        <w:jc w:val="center"/>
      </w:pPr>
      <w:r w:rsidRPr="00BB51CE">
        <w:rPr>
          <w:rFonts w:cs="Times New Roman"/>
          <w:b/>
          <w:bCs/>
          <w:szCs w:val="28"/>
          <w:lang w:val="uk-UA" w:eastAsia="ru-RU"/>
        </w:rPr>
        <w:object w:dxaOrig="870" w:dyaOrig="1170" w14:anchorId="4554E0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8" o:title=""/>
            <o:lock v:ext="edit" aspectratio="f"/>
          </v:shape>
          <o:OLEObject Type="Embed" ProgID="Word.Picture.8" ShapeID="_x0000_i1025" DrawAspect="Content" ObjectID="_1851573693" r:id="rId9"/>
        </w:object>
      </w:r>
    </w:p>
    <w:p w14:paraId="604D61F6" w14:textId="77777777" w:rsidR="00A7193C" w:rsidRPr="00EA0A80" w:rsidRDefault="00B31F38" w:rsidP="00D50BF9">
      <w:pPr>
        <w:spacing w:line="228" w:lineRule="auto"/>
        <w:jc w:val="center"/>
        <w:rPr>
          <w:lang w:val="ru-RU"/>
        </w:rPr>
      </w:pPr>
      <w:r w:rsidRPr="00EA0A80">
        <w:rPr>
          <w:b/>
          <w:lang w:val="ru-RU"/>
        </w:rPr>
        <w:t>РОГАТИНСЬКА   МІСЬКА   РАДА</w:t>
      </w:r>
    </w:p>
    <w:p w14:paraId="13B3F9E7" w14:textId="77777777" w:rsidR="00A7193C" w:rsidRPr="00EA0A80" w:rsidRDefault="00B31F38" w:rsidP="00D50BF9">
      <w:pPr>
        <w:spacing w:line="228" w:lineRule="auto"/>
        <w:jc w:val="center"/>
        <w:rPr>
          <w:lang w:val="ru-RU"/>
        </w:rPr>
      </w:pPr>
      <w:r w:rsidRPr="00EA0A80">
        <w:rPr>
          <w:b/>
          <w:lang w:val="ru-RU"/>
        </w:rPr>
        <w:t>ІВАНО-ФРАНКІВСЬКА ОБЛАСТЬ</w:t>
      </w:r>
    </w:p>
    <w:p w14:paraId="7A86DD18" w14:textId="3590C977" w:rsidR="00A7193C" w:rsidRPr="00CB69F7" w:rsidRDefault="00B31F38" w:rsidP="00D50BF9">
      <w:pPr>
        <w:pBdr>
          <w:bottom w:val="single" w:sz="12" w:space="4" w:color="000000"/>
        </w:pBdr>
        <w:spacing w:line="228" w:lineRule="auto"/>
        <w:jc w:val="center"/>
        <w:rPr>
          <w:lang w:val="uk-UA"/>
        </w:rPr>
      </w:pPr>
      <w:r w:rsidRPr="00CB69F7">
        <w:rPr>
          <w:b/>
          <w:lang w:val="ru-RU"/>
        </w:rPr>
        <w:t>ВИКОНАВЧИЙ КОМІТЕТ</w:t>
      </w:r>
    </w:p>
    <w:p w14:paraId="22DCDB2E" w14:textId="77777777" w:rsidR="00A7193C" w:rsidRDefault="00B31F38">
      <w:pPr>
        <w:spacing w:before="140" w:after="200"/>
        <w:jc w:val="center"/>
        <w:rPr>
          <w:b/>
          <w:lang w:val="ru-RU"/>
        </w:rPr>
      </w:pPr>
      <w:r w:rsidRPr="00D47CF5">
        <w:rPr>
          <w:b/>
          <w:lang w:val="ru-RU"/>
        </w:rPr>
        <w:t>РОЗПОРЯДЖЕННЯ МІСЬКОГО ГОЛОВИ</w:t>
      </w:r>
    </w:p>
    <w:p w14:paraId="2B5CE482" w14:textId="77777777" w:rsidR="008F719C" w:rsidRPr="00D47CF5" w:rsidRDefault="008F719C">
      <w:pPr>
        <w:spacing w:before="140" w:after="200"/>
        <w:jc w:val="center"/>
        <w:rPr>
          <w:lang w:val="ru-RU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7193C" w:rsidRPr="008F719C" w14:paraId="1FF43CDA" w14:textId="77777777">
        <w:trPr>
          <w:jc w:val="center"/>
        </w:trPr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3820" w14:textId="03839BFA" w:rsidR="00A7193C" w:rsidRPr="008F719C" w:rsidRDefault="00B31F38">
            <w:pPr>
              <w:rPr>
                <w:szCs w:val="28"/>
              </w:rPr>
            </w:pPr>
            <w:proofErr w:type="spellStart"/>
            <w:r w:rsidRPr="008F719C">
              <w:rPr>
                <w:szCs w:val="28"/>
              </w:rPr>
              <w:t>від</w:t>
            </w:r>
            <w:proofErr w:type="spellEnd"/>
            <w:r w:rsidRPr="008F719C">
              <w:rPr>
                <w:szCs w:val="28"/>
              </w:rPr>
              <w:t xml:space="preserve"> </w:t>
            </w:r>
            <w:r w:rsidR="00D50BF9">
              <w:rPr>
                <w:szCs w:val="28"/>
                <w:lang w:val="uk-UA"/>
              </w:rPr>
              <w:t xml:space="preserve">23 </w:t>
            </w:r>
            <w:proofErr w:type="spellStart"/>
            <w:r w:rsidRPr="008F719C">
              <w:rPr>
                <w:szCs w:val="28"/>
              </w:rPr>
              <w:t>вересня</w:t>
            </w:r>
            <w:proofErr w:type="spellEnd"/>
            <w:r w:rsidRPr="008F719C">
              <w:rPr>
                <w:szCs w:val="28"/>
              </w:rPr>
              <w:t xml:space="preserve"> 2026 </w:t>
            </w:r>
            <w:proofErr w:type="spellStart"/>
            <w:r w:rsidRPr="008F719C">
              <w:rPr>
                <w:szCs w:val="28"/>
              </w:rPr>
              <w:t>року</w:t>
            </w:r>
            <w:proofErr w:type="spellEnd"/>
          </w:p>
        </w:tc>
        <w:tc>
          <w:tcPr>
            <w:tcW w:w="481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D0E2" w14:textId="6EFF5085" w:rsidR="00A7193C" w:rsidRPr="008F719C" w:rsidRDefault="00B31F38">
            <w:pPr>
              <w:jc w:val="right"/>
              <w:rPr>
                <w:szCs w:val="28"/>
              </w:rPr>
            </w:pPr>
            <w:r w:rsidRPr="008F719C">
              <w:rPr>
                <w:szCs w:val="28"/>
              </w:rPr>
              <w:t xml:space="preserve">№ </w:t>
            </w:r>
            <w:r w:rsidR="00D50BF9">
              <w:rPr>
                <w:szCs w:val="28"/>
                <w:lang w:val="uk-UA"/>
              </w:rPr>
              <w:t>243</w:t>
            </w:r>
            <w:r w:rsidRPr="008F719C">
              <w:rPr>
                <w:szCs w:val="28"/>
              </w:rPr>
              <w:t xml:space="preserve"> -р</w:t>
            </w:r>
          </w:p>
        </w:tc>
      </w:tr>
    </w:tbl>
    <w:p w14:paraId="77CF4D5C" w14:textId="6E4BE69C" w:rsidR="00A7193C" w:rsidRPr="008F719C" w:rsidRDefault="008F719C">
      <w:pPr>
        <w:spacing w:after="240"/>
        <w:rPr>
          <w:szCs w:val="28"/>
        </w:rPr>
      </w:pPr>
      <w:r>
        <w:rPr>
          <w:szCs w:val="28"/>
          <w:lang w:val="uk-UA"/>
        </w:rPr>
        <w:t xml:space="preserve">    </w:t>
      </w:r>
      <w:r w:rsidR="00B31F38" w:rsidRPr="008F719C">
        <w:rPr>
          <w:szCs w:val="28"/>
        </w:rPr>
        <w:t xml:space="preserve">м. </w:t>
      </w:r>
      <w:proofErr w:type="spellStart"/>
      <w:r w:rsidR="00B31F38" w:rsidRPr="008F719C">
        <w:rPr>
          <w:szCs w:val="28"/>
        </w:rPr>
        <w:t>Рогатин</w:t>
      </w:r>
      <w:proofErr w:type="spellEnd"/>
    </w:p>
    <w:p w14:paraId="66D7BE47" w14:textId="77777777" w:rsidR="00A7193C" w:rsidRPr="00E7567B" w:rsidRDefault="00B31F38">
      <w:pPr>
        <w:spacing w:after="240" w:line="240" w:lineRule="auto"/>
        <w:rPr>
          <w:szCs w:val="28"/>
          <w:lang w:val="ru-RU"/>
        </w:rPr>
      </w:pPr>
      <w:r w:rsidRPr="00E7567B">
        <w:rPr>
          <w:szCs w:val="28"/>
          <w:lang w:val="ru-RU"/>
        </w:rPr>
        <w:t>Про проведення заходів у межах</w:t>
      </w:r>
      <w:r w:rsidRPr="00E7567B">
        <w:rPr>
          <w:szCs w:val="28"/>
          <w:lang w:val="ru-RU"/>
        </w:rPr>
        <w:br/>
        <w:t>Європейського тижня мобільності 2026</w:t>
      </w:r>
      <w:r w:rsidRPr="00E7567B">
        <w:rPr>
          <w:szCs w:val="28"/>
          <w:lang w:val="ru-RU"/>
        </w:rPr>
        <w:br/>
        <w:t>у Рогатинській міській</w:t>
      </w:r>
      <w:r w:rsidRPr="00E7567B">
        <w:rPr>
          <w:szCs w:val="28"/>
          <w:lang w:val="ru-RU"/>
        </w:rPr>
        <w:br/>
        <w:t>територіальній громаді</w:t>
      </w:r>
    </w:p>
    <w:p w14:paraId="7DAB8D5F" w14:textId="77777777" w:rsidR="00A7193C" w:rsidRPr="00E7567B" w:rsidRDefault="00B31F38" w:rsidP="00E7567B">
      <w:pPr>
        <w:spacing w:line="240" w:lineRule="auto"/>
        <w:ind w:firstLine="567"/>
        <w:jc w:val="both"/>
        <w:rPr>
          <w:szCs w:val="28"/>
          <w:lang w:val="ru-RU"/>
        </w:rPr>
      </w:pPr>
      <w:r w:rsidRPr="00E7567B">
        <w:rPr>
          <w:szCs w:val="28"/>
          <w:lang w:val="ru-RU"/>
        </w:rPr>
        <w:t xml:space="preserve">Керуючись пунктом 20 частини четвертої статті 42 Закону України «Про місцеве самоврядування в Україні», враховуючи участь Рогатинської міської територіальної громади у європейській ініціативі «Угода мерів - Схід» та відбір концепції Рогатинської міської територіальної громади як переможної у конкурсі Covenant of Mayors - East на найкращі концепції проведення заходів у межах Європейського тижня мобільності 2026 в Україні, з урахуванням теми кампанії 2026 року «Мобільність для всіх», з метою популяризації сталої, безпечної та доступної мобільності, формування культури відповідального пересування, розвитку безбар’єрного середовища, міжпоколінної взаємодії та </w:t>
      </w:r>
      <w:proofErr w:type="spellStart"/>
      <w:r w:rsidRPr="00E7567B">
        <w:rPr>
          <w:szCs w:val="28"/>
          <w:lang w:val="ru-RU"/>
        </w:rPr>
        <w:t>залучення</w:t>
      </w:r>
      <w:proofErr w:type="spellEnd"/>
      <w:r w:rsidRPr="00E7567B">
        <w:rPr>
          <w:szCs w:val="28"/>
          <w:lang w:val="ru-RU"/>
        </w:rPr>
        <w:t xml:space="preserve"> </w:t>
      </w:r>
      <w:proofErr w:type="spellStart"/>
      <w:r w:rsidRPr="00E7567B">
        <w:rPr>
          <w:szCs w:val="28"/>
          <w:lang w:val="ru-RU"/>
        </w:rPr>
        <w:t>мешканців</w:t>
      </w:r>
      <w:proofErr w:type="spellEnd"/>
      <w:r w:rsidRPr="00E7567B">
        <w:rPr>
          <w:szCs w:val="28"/>
          <w:lang w:val="ru-RU"/>
        </w:rPr>
        <w:t xml:space="preserve"> до </w:t>
      </w:r>
      <w:proofErr w:type="spellStart"/>
      <w:r w:rsidRPr="00E7567B">
        <w:rPr>
          <w:szCs w:val="28"/>
          <w:lang w:val="ru-RU"/>
        </w:rPr>
        <w:t>оцінювання</w:t>
      </w:r>
      <w:proofErr w:type="spellEnd"/>
      <w:r w:rsidRPr="00E7567B">
        <w:rPr>
          <w:szCs w:val="28"/>
          <w:lang w:val="ru-RU"/>
        </w:rPr>
        <w:t xml:space="preserve"> </w:t>
      </w:r>
      <w:proofErr w:type="spellStart"/>
      <w:r w:rsidRPr="00E7567B">
        <w:rPr>
          <w:szCs w:val="28"/>
          <w:lang w:val="ru-RU"/>
        </w:rPr>
        <w:t>доступності</w:t>
      </w:r>
      <w:proofErr w:type="spellEnd"/>
      <w:r w:rsidRPr="00E7567B">
        <w:rPr>
          <w:szCs w:val="28"/>
          <w:lang w:val="ru-RU"/>
        </w:rPr>
        <w:t xml:space="preserve"> </w:t>
      </w:r>
      <w:proofErr w:type="spellStart"/>
      <w:r w:rsidRPr="00E7567B">
        <w:rPr>
          <w:szCs w:val="28"/>
          <w:lang w:val="ru-RU"/>
        </w:rPr>
        <w:t>громадського</w:t>
      </w:r>
      <w:proofErr w:type="spellEnd"/>
      <w:r w:rsidRPr="00E7567B">
        <w:rPr>
          <w:szCs w:val="28"/>
          <w:lang w:val="ru-RU"/>
        </w:rPr>
        <w:t xml:space="preserve"> простору:</w:t>
      </w:r>
    </w:p>
    <w:p w14:paraId="395B5EB6" w14:textId="2972E02D" w:rsidR="00A7193C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1.</w:t>
      </w:r>
      <w:r w:rsidR="00B31F38" w:rsidRPr="00E7567B">
        <w:rPr>
          <w:szCs w:val="28"/>
          <w:lang w:val="ru-RU"/>
        </w:rPr>
        <w:t xml:space="preserve">Провести у </w:t>
      </w:r>
      <w:proofErr w:type="spellStart"/>
      <w:r w:rsidR="00B31F38" w:rsidRPr="00E7567B">
        <w:rPr>
          <w:szCs w:val="28"/>
          <w:lang w:val="ru-RU"/>
        </w:rPr>
        <w:t>Рогатинській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міській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територіальній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громаді</w:t>
      </w:r>
      <w:proofErr w:type="spellEnd"/>
      <w:r w:rsidR="00B31F38" w:rsidRPr="00E7567B">
        <w:rPr>
          <w:szCs w:val="28"/>
          <w:lang w:val="ru-RU"/>
        </w:rPr>
        <w:t xml:space="preserve"> з 28 вересня по 02 жовтня 2026 року цикл заходів у межах Європейського тижня мобільності 2026 під темою «Мобільність для всіх».</w:t>
      </w:r>
    </w:p>
    <w:p w14:paraId="014D46DC" w14:textId="52DB8C0D" w:rsidR="00A7193C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2.</w:t>
      </w:r>
      <w:r w:rsidR="00B31F38" w:rsidRPr="00E7567B">
        <w:rPr>
          <w:szCs w:val="28"/>
          <w:lang w:val="ru-RU"/>
        </w:rPr>
        <w:t xml:space="preserve">Затвердити План </w:t>
      </w:r>
      <w:proofErr w:type="spellStart"/>
      <w:r w:rsidR="00B31F38" w:rsidRPr="00E7567B">
        <w:rPr>
          <w:szCs w:val="28"/>
          <w:lang w:val="ru-RU"/>
        </w:rPr>
        <w:t>заходів</w:t>
      </w:r>
      <w:proofErr w:type="spellEnd"/>
      <w:r w:rsidR="00B31F38" w:rsidRPr="00E7567B">
        <w:rPr>
          <w:szCs w:val="28"/>
          <w:lang w:val="ru-RU"/>
        </w:rPr>
        <w:t xml:space="preserve"> у межах </w:t>
      </w:r>
      <w:proofErr w:type="spellStart"/>
      <w:r w:rsidR="00B31F38" w:rsidRPr="00E7567B">
        <w:rPr>
          <w:szCs w:val="28"/>
          <w:lang w:val="ru-RU"/>
        </w:rPr>
        <w:t>Європейського</w:t>
      </w:r>
      <w:proofErr w:type="spellEnd"/>
      <w:r w:rsidR="00B31F38" w:rsidRPr="00E7567B">
        <w:rPr>
          <w:szCs w:val="28"/>
          <w:lang w:val="ru-RU"/>
        </w:rPr>
        <w:t xml:space="preserve"> тижня мобільності 2026 у Рогатинській міській територіальній громаді, що додається.</w:t>
      </w:r>
    </w:p>
    <w:p w14:paraId="0CA41821" w14:textId="50D835EE" w:rsidR="00C91204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3.</w:t>
      </w:r>
      <w:r w:rsidR="00B31F38" w:rsidRPr="00E7567B">
        <w:rPr>
          <w:szCs w:val="28"/>
          <w:lang w:val="ru-RU"/>
        </w:rPr>
        <w:t xml:space="preserve">Керівникам </w:t>
      </w:r>
      <w:proofErr w:type="spellStart"/>
      <w:r w:rsidR="00B31F38" w:rsidRPr="00E7567B">
        <w:rPr>
          <w:szCs w:val="28"/>
          <w:lang w:val="ru-RU"/>
        </w:rPr>
        <w:t>закладів</w:t>
      </w:r>
      <w:proofErr w:type="spellEnd"/>
      <w:r w:rsidR="00B31F38" w:rsidRPr="00E7567B">
        <w:rPr>
          <w:szCs w:val="28"/>
          <w:lang w:val="ru-RU"/>
        </w:rPr>
        <w:t xml:space="preserve"> та </w:t>
      </w:r>
      <w:proofErr w:type="spellStart"/>
      <w:r w:rsidR="00B31F38" w:rsidRPr="00E7567B">
        <w:rPr>
          <w:szCs w:val="28"/>
          <w:lang w:val="ru-RU"/>
        </w:rPr>
        <w:t>установ</w:t>
      </w:r>
      <w:proofErr w:type="spellEnd"/>
      <w:r w:rsidR="00B31F38" w:rsidRPr="00E7567B">
        <w:rPr>
          <w:szCs w:val="28"/>
          <w:lang w:val="ru-RU"/>
        </w:rPr>
        <w:t xml:space="preserve">, </w:t>
      </w:r>
      <w:proofErr w:type="spellStart"/>
      <w:r w:rsidR="00B31F38" w:rsidRPr="00E7567B">
        <w:rPr>
          <w:szCs w:val="28"/>
          <w:lang w:val="ru-RU"/>
        </w:rPr>
        <w:t>визначени</w:t>
      </w:r>
      <w:r>
        <w:rPr>
          <w:szCs w:val="28"/>
          <w:lang w:val="ru-RU"/>
        </w:rPr>
        <w:t>х</w:t>
      </w:r>
      <w:proofErr w:type="spellEnd"/>
      <w:r w:rsidR="00B31F38" w:rsidRPr="00E7567B">
        <w:rPr>
          <w:szCs w:val="28"/>
          <w:lang w:val="ru-RU"/>
        </w:rPr>
        <w:t xml:space="preserve"> у </w:t>
      </w:r>
      <w:proofErr w:type="spellStart"/>
      <w:r w:rsidR="00B31F38" w:rsidRPr="00E7567B">
        <w:rPr>
          <w:szCs w:val="28"/>
          <w:lang w:val="ru-RU"/>
        </w:rPr>
        <w:t>Плані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заходів</w:t>
      </w:r>
      <w:proofErr w:type="spellEnd"/>
      <w:r w:rsidR="00B31F38" w:rsidRPr="00E7567B">
        <w:rPr>
          <w:szCs w:val="28"/>
          <w:lang w:val="ru-RU"/>
        </w:rPr>
        <w:t xml:space="preserve">, </w:t>
      </w:r>
      <w:proofErr w:type="spellStart"/>
      <w:r w:rsidR="00B31F38" w:rsidRPr="00E7567B">
        <w:rPr>
          <w:szCs w:val="28"/>
          <w:lang w:val="ru-RU"/>
        </w:rPr>
        <w:t>забезпечити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підготовку</w:t>
      </w:r>
      <w:proofErr w:type="spellEnd"/>
      <w:r w:rsidR="00B31F38" w:rsidRPr="00E7567B">
        <w:rPr>
          <w:szCs w:val="28"/>
          <w:lang w:val="ru-RU"/>
        </w:rPr>
        <w:t xml:space="preserve"> та </w:t>
      </w:r>
      <w:proofErr w:type="spellStart"/>
      <w:r w:rsidR="00B31F38" w:rsidRPr="00E7567B">
        <w:rPr>
          <w:szCs w:val="28"/>
          <w:lang w:val="ru-RU"/>
        </w:rPr>
        <w:t>проведення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заходів</w:t>
      </w:r>
      <w:proofErr w:type="spellEnd"/>
      <w:r w:rsidR="00B31F38" w:rsidRPr="00E7567B">
        <w:rPr>
          <w:szCs w:val="28"/>
          <w:lang w:val="ru-RU"/>
        </w:rPr>
        <w:t xml:space="preserve">, </w:t>
      </w:r>
      <w:proofErr w:type="spellStart"/>
      <w:r w:rsidR="00B31F38" w:rsidRPr="00E7567B">
        <w:rPr>
          <w:szCs w:val="28"/>
          <w:lang w:val="ru-RU"/>
        </w:rPr>
        <w:t>дотримання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вимог</w:t>
      </w:r>
      <w:proofErr w:type="spellEnd"/>
      <w:r w:rsidR="00B31F38" w:rsidRPr="00E7567B">
        <w:rPr>
          <w:szCs w:val="28"/>
          <w:lang w:val="ru-RU"/>
        </w:rPr>
        <w:t xml:space="preserve"> </w:t>
      </w:r>
      <w:proofErr w:type="spellStart"/>
      <w:r w:rsidR="00B31F38" w:rsidRPr="00E7567B">
        <w:rPr>
          <w:szCs w:val="28"/>
          <w:lang w:val="ru-RU"/>
        </w:rPr>
        <w:t>безпеки</w:t>
      </w:r>
      <w:proofErr w:type="spellEnd"/>
      <w:r w:rsidR="00B31F38" w:rsidRPr="00E7567B">
        <w:rPr>
          <w:szCs w:val="28"/>
          <w:lang w:val="ru-RU"/>
        </w:rPr>
        <w:t xml:space="preserve"> і </w:t>
      </w:r>
      <w:proofErr w:type="spellStart"/>
      <w:r w:rsidR="00B31F38" w:rsidRPr="00E7567B">
        <w:rPr>
          <w:szCs w:val="28"/>
          <w:lang w:val="ru-RU"/>
        </w:rPr>
        <w:t>безбар’єрності</w:t>
      </w:r>
      <w:proofErr w:type="spellEnd"/>
      <w:r w:rsidR="00B31F38" w:rsidRPr="00E7567B">
        <w:rPr>
          <w:szCs w:val="28"/>
          <w:lang w:val="ru-RU"/>
        </w:rPr>
        <w:t>.</w:t>
      </w:r>
    </w:p>
    <w:p w14:paraId="0E3E51EE" w14:textId="51DFBBE7" w:rsidR="00C91204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4.</w:t>
      </w:r>
      <w:r w:rsidR="00C91204" w:rsidRPr="00E7567B">
        <w:rPr>
          <w:szCs w:val="28"/>
          <w:lang w:val="ru-RU"/>
        </w:rPr>
        <w:t xml:space="preserve">Рекомендувати </w:t>
      </w:r>
      <w:proofErr w:type="spellStart"/>
      <w:r>
        <w:rPr>
          <w:szCs w:val="28"/>
          <w:lang w:val="ru-RU"/>
        </w:rPr>
        <w:t>в</w:t>
      </w:r>
      <w:r w:rsidR="00C91204" w:rsidRPr="00E7567B">
        <w:rPr>
          <w:szCs w:val="28"/>
          <w:lang w:val="ru-RU"/>
        </w:rPr>
        <w:t>ідділенню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поліції</w:t>
      </w:r>
      <w:proofErr w:type="spellEnd"/>
      <w:r w:rsidR="00C91204" w:rsidRPr="00E7567B">
        <w:rPr>
          <w:szCs w:val="28"/>
          <w:lang w:val="ru-RU"/>
        </w:rPr>
        <w:t xml:space="preserve"> № 4 (м. Рогатин) </w:t>
      </w:r>
      <w:proofErr w:type="spellStart"/>
      <w:r w:rsidR="00C91204" w:rsidRPr="00E7567B">
        <w:rPr>
          <w:szCs w:val="28"/>
          <w:lang w:val="ru-RU"/>
        </w:rPr>
        <w:t>Івано-Франківського</w:t>
      </w:r>
      <w:proofErr w:type="spellEnd"/>
      <w:r w:rsidR="00C91204" w:rsidRPr="00E7567B">
        <w:rPr>
          <w:szCs w:val="28"/>
          <w:lang w:val="ru-RU"/>
        </w:rPr>
        <w:t xml:space="preserve"> районного </w:t>
      </w:r>
      <w:proofErr w:type="spellStart"/>
      <w:r w:rsidR="00C91204" w:rsidRPr="00E7567B">
        <w:rPr>
          <w:szCs w:val="28"/>
          <w:lang w:val="ru-RU"/>
        </w:rPr>
        <w:t>управління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поліції</w:t>
      </w:r>
      <w:proofErr w:type="spellEnd"/>
      <w:r w:rsidR="00C91204" w:rsidRPr="00E7567B">
        <w:rPr>
          <w:szCs w:val="28"/>
          <w:lang w:val="ru-RU"/>
        </w:rPr>
        <w:t xml:space="preserve"> Головного </w:t>
      </w:r>
      <w:proofErr w:type="spellStart"/>
      <w:r w:rsidR="00C91204" w:rsidRPr="00E7567B">
        <w:rPr>
          <w:szCs w:val="28"/>
          <w:lang w:val="ru-RU"/>
        </w:rPr>
        <w:t>управління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Національної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поліції</w:t>
      </w:r>
      <w:proofErr w:type="spellEnd"/>
      <w:r w:rsidR="00C91204" w:rsidRPr="00E7567B">
        <w:rPr>
          <w:szCs w:val="28"/>
          <w:lang w:val="ru-RU"/>
        </w:rPr>
        <w:t xml:space="preserve"> в </w:t>
      </w:r>
      <w:proofErr w:type="spellStart"/>
      <w:r w:rsidR="00C91204" w:rsidRPr="00E7567B">
        <w:rPr>
          <w:szCs w:val="28"/>
          <w:lang w:val="ru-RU"/>
        </w:rPr>
        <w:t>Івано-Франківській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області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долучитися</w:t>
      </w:r>
      <w:proofErr w:type="spellEnd"/>
      <w:r w:rsidR="00C91204" w:rsidRPr="00E7567B">
        <w:rPr>
          <w:szCs w:val="28"/>
          <w:lang w:val="ru-RU"/>
        </w:rPr>
        <w:t xml:space="preserve"> до </w:t>
      </w:r>
      <w:proofErr w:type="spellStart"/>
      <w:r w:rsidR="00C91204" w:rsidRPr="00E7567B">
        <w:rPr>
          <w:szCs w:val="28"/>
          <w:lang w:val="ru-RU"/>
        </w:rPr>
        <w:t>проведення</w:t>
      </w:r>
      <w:proofErr w:type="spellEnd"/>
      <w:r w:rsidR="00C91204" w:rsidRPr="00E7567B">
        <w:rPr>
          <w:szCs w:val="28"/>
          <w:lang w:val="ru-RU"/>
        </w:rPr>
        <w:t xml:space="preserve"> заходу «</w:t>
      </w:r>
      <w:proofErr w:type="spellStart"/>
      <w:r w:rsidR="00C91204" w:rsidRPr="00E7567B">
        <w:rPr>
          <w:szCs w:val="28"/>
          <w:lang w:val="ru-RU"/>
        </w:rPr>
        <w:t>Мій</w:t>
      </w:r>
      <w:proofErr w:type="spellEnd"/>
      <w:r w:rsidR="00C91204" w:rsidRPr="00E7567B">
        <w:rPr>
          <w:szCs w:val="28"/>
          <w:lang w:val="ru-RU"/>
        </w:rPr>
        <w:t xml:space="preserve"> шлях у </w:t>
      </w:r>
      <w:proofErr w:type="spellStart"/>
      <w:r w:rsidR="00C91204" w:rsidRPr="00E7567B">
        <w:rPr>
          <w:szCs w:val="28"/>
          <w:lang w:val="ru-RU"/>
        </w:rPr>
        <w:t>громаді</w:t>
      </w:r>
      <w:proofErr w:type="spellEnd"/>
      <w:r w:rsidR="00C91204" w:rsidRPr="00E7567B">
        <w:rPr>
          <w:szCs w:val="28"/>
          <w:lang w:val="ru-RU"/>
        </w:rPr>
        <w:t xml:space="preserve">» та </w:t>
      </w:r>
      <w:proofErr w:type="spellStart"/>
      <w:r w:rsidR="00C91204" w:rsidRPr="00E7567B">
        <w:rPr>
          <w:szCs w:val="28"/>
          <w:lang w:val="ru-RU"/>
        </w:rPr>
        <w:t>сприяти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забезпеченню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безпеки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учасників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під</w:t>
      </w:r>
      <w:proofErr w:type="spellEnd"/>
      <w:r w:rsidR="00C91204" w:rsidRPr="00E7567B">
        <w:rPr>
          <w:szCs w:val="28"/>
          <w:lang w:val="ru-RU"/>
        </w:rPr>
        <w:t xml:space="preserve"> час </w:t>
      </w:r>
      <w:proofErr w:type="spellStart"/>
      <w:r w:rsidR="00C91204" w:rsidRPr="00E7567B">
        <w:rPr>
          <w:szCs w:val="28"/>
          <w:lang w:val="ru-RU"/>
        </w:rPr>
        <w:t>його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проведення</w:t>
      </w:r>
      <w:proofErr w:type="spellEnd"/>
      <w:r w:rsidR="00C91204" w:rsidRPr="00E7567B">
        <w:rPr>
          <w:szCs w:val="28"/>
          <w:lang w:val="ru-RU"/>
        </w:rPr>
        <w:t>.</w:t>
      </w:r>
    </w:p>
    <w:p w14:paraId="07D9CF53" w14:textId="573D1805" w:rsidR="00C91204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t>5.</w:t>
      </w:r>
      <w:r w:rsidR="00C91204" w:rsidRPr="00E7567B">
        <w:rPr>
          <w:szCs w:val="28"/>
          <w:lang w:val="ru-RU"/>
        </w:rPr>
        <w:t xml:space="preserve">Відділу </w:t>
      </w:r>
      <w:proofErr w:type="spellStart"/>
      <w:r w:rsidR="00C91204" w:rsidRPr="00E7567B">
        <w:rPr>
          <w:szCs w:val="28"/>
          <w:lang w:val="ru-RU"/>
        </w:rPr>
        <w:t>супроводу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стратегії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розвитку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громади</w:t>
      </w:r>
      <w:proofErr w:type="spellEnd"/>
      <w:r w:rsidR="00C91204" w:rsidRPr="00E7567B">
        <w:rPr>
          <w:szCs w:val="28"/>
          <w:lang w:val="ru-RU"/>
        </w:rPr>
        <w:t xml:space="preserve"> виконавчого комітету міської ради координувати проведення заходів у межах Європейського тижня мобільності 2026 та до 05 жовтня 2026 року</w:t>
      </w:r>
      <w:r>
        <w:rPr>
          <w:szCs w:val="28"/>
          <w:lang w:val="ru-RU"/>
        </w:rPr>
        <w:t>,</w:t>
      </w:r>
      <w:r w:rsidR="00C91204" w:rsidRPr="00E7567B">
        <w:rPr>
          <w:szCs w:val="28"/>
          <w:lang w:val="ru-RU"/>
        </w:rPr>
        <w:t xml:space="preserve"> узагальнити інформаційні та фотоматеріали за результатами </w:t>
      </w:r>
      <w:proofErr w:type="spellStart"/>
      <w:r w:rsidR="00C91204" w:rsidRPr="00E7567B">
        <w:rPr>
          <w:szCs w:val="28"/>
          <w:lang w:val="ru-RU"/>
        </w:rPr>
        <w:t>проведених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заходів</w:t>
      </w:r>
      <w:proofErr w:type="spellEnd"/>
      <w:r w:rsidR="00C91204" w:rsidRPr="00E7567B">
        <w:rPr>
          <w:szCs w:val="28"/>
          <w:lang w:val="ru-RU"/>
        </w:rPr>
        <w:t xml:space="preserve"> і </w:t>
      </w:r>
      <w:proofErr w:type="spellStart"/>
      <w:r w:rsidR="00C91204" w:rsidRPr="00E7567B">
        <w:rPr>
          <w:szCs w:val="28"/>
          <w:lang w:val="ru-RU"/>
        </w:rPr>
        <w:t>передати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їх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</w:t>
      </w:r>
      <w:r w:rsidR="00C91204" w:rsidRPr="00E7567B">
        <w:rPr>
          <w:szCs w:val="28"/>
          <w:lang w:val="ru-RU"/>
        </w:rPr>
        <w:t>ідділу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інформації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виконавчого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комітету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Рогатинської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міської</w:t>
      </w:r>
      <w:proofErr w:type="spellEnd"/>
      <w:r w:rsidR="00C91204" w:rsidRPr="00E7567B">
        <w:rPr>
          <w:szCs w:val="28"/>
          <w:lang w:val="ru-RU"/>
        </w:rPr>
        <w:t xml:space="preserve"> ради для подальшого оприлюднення.</w:t>
      </w:r>
    </w:p>
    <w:p w14:paraId="49F3534B" w14:textId="186341B5" w:rsidR="00C91204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6.</w:t>
      </w:r>
      <w:r w:rsidR="00C91204" w:rsidRPr="00E7567B">
        <w:rPr>
          <w:szCs w:val="28"/>
          <w:lang w:val="ru-RU"/>
        </w:rPr>
        <w:t xml:space="preserve">Відділу </w:t>
      </w:r>
      <w:proofErr w:type="spellStart"/>
      <w:r w:rsidR="00C91204" w:rsidRPr="00E7567B">
        <w:rPr>
          <w:szCs w:val="28"/>
          <w:lang w:val="ru-RU"/>
        </w:rPr>
        <w:t>інформації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виконавчого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комітету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Рогатинської</w:t>
      </w:r>
      <w:proofErr w:type="spellEnd"/>
      <w:r w:rsidR="00C91204" w:rsidRPr="00E7567B">
        <w:rPr>
          <w:szCs w:val="28"/>
          <w:lang w:val="ru-RU"/>
        </w:rPr>
        <w:t xml:space="preserve"> міської ради забезпечити інформаційне висвітлення заходів у межах Європейського тижня мобільності 2026 та оприлюднення </w:t>
      </w:r>
      <w:proofErr w:type="spellStart"/>
      <w:r w:rsidR="00C91204" w:rsidRPr="00E7567B">
        <w:rPr>
          <w:szCs w:val="28"/>
          <w:lang w:val="ru-RU"/>
        </w:rPr>
        <w:t>відповідних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інформаційних</w:t>
      </w:r>
      <w:proofErr w:type="spellEnd"/>
      <w:r w:rsidR="00C91204" w:rsidRPr="00E7567B">
        <w:rPr>
          <w:szCs w:val="28"/>
          <w:lang w:val="ru-RU"/>
        </w:rPr>
        <w:t xml:space="preserve"> і </w:t>
      </w:r>
      <w:proofErr w:type="spellStart"/>
      <w:r w:rsidR="00C91204" w:rsidRPr="00E7567B">
        <w:rPr>
          <w:szCs w:val="28"/>
          <w:lang w:val="ru-RU"/>
        </w:rPr>
        <w:t>фотоматеріалів</w:t>
      </w:r>
      <w:proofErr w:type="spellEnd"/>
      <w:r w:rsidR="00C91204" w:rsidRPr="00E7567B">
        <w:rPr>
          <w:szCs w:val="28"/>
          <w:lang w:val="ru-RU"/>
        </w:rPr>
        <w:t xml:space="preserve"> на </w:t>
      </w:r>
      <w:proofErr w:type="spellStart"/>
      <w:r w:rsidR="00C91204" w:rsidRPr="00E7567B">
        <w:rPr>
          <w:szCs w:val="28"/>
          <w:lang w:val="ru-RU"/>
        </w:rPr>
        <w:t>офіційному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вебсайті</w:t>
      </w:r>
      <w:proofErr w:type="spellEnd"/>
      <w:r w:rsidR="00C91204" w:rsidRPr="00E7567B">
        <w:rPr>
          <w:szCs w:val="28"/>
          <w:lang w:val="ru-RU"/>
        </w:rPr>
        <w:t xml:space="preserve"> та у </w:t>
      </w:r>
      <w:proofErr w:type="spellStart"/>
      <w:r w:rsidR="00C91204" w:rsidRPr="00E7567B">
        <w:rPr>
          <w:szCs w:val="28"/>
          <w:lang w:val="ru-RU"/>
        </w:rPr>
        <w:t>соціальних</w:t>
      </w:r>
      <w:proofErr w:type="spellEnd"/>
      <w:r w:rsidR="00C91204" w:rsidRPr="00E7567B">
        <w:rPr>
          <w:szCs w:val="28"/>
          <w:lang w:val="ru-RU"/>
        </w:rPr>
        <w:t xml:space="preserve"> мережах </w:t>
      </w:r>
      <w:proofErr w:type="spellStart"/>
      <w:r w:rsidR="00C91204" w:rsidRPr="00E7567B">
        <w:rPr>
          <w:szCs w:val="28"/>
          <w:lang w:val="ru-RU"/>
        </w:rPr>
        <w:t>Рогатинської</w:t>
      </w:r>
      <w:proofErr w:type="spellEnd"/>
      <w:r w:rsidR="00C91204" w:rsidRPr="00E7567B">
        <w:rPr>
          <w:szCs w:val="28"/>
          <w:lang w:val="ru-RU"/>
        </w:rPr>
        <w:t xml:space="preserve"> </w:t>
      </w:r>
      <w:proofErr w:type="spellStart"/>
      <w:r w:rsidR="00C91204" w:rsidRPr="00E7567B">
        <w:rPr>
          <w:szCs w:val="28"/>
          <w:lang w:val="ru-RU"/>
        </w:rPr>
        <w:t>міської</w:t>
      </w:r>
      <w:proofErr w:type="spellEnd"/>
      <w:r w:rsidR="00C91204" w:rsidRPr="00E7567B">
        <w:rPr>
          <w:szCs w:val="28"/>
          <w:lang w:val="ru-RU"/>
        </w:rPr>
        <w:t xml:space="preserve"> ради.</w:t>
      </w:r>
    </w:p>
    <w:p w14:paraId="6C64922B" w14:textId="77777777" w:rsidR="00D50BF9" w:rsidRDefault="00D50BF9" w:rsidP="00E7567B">
      <w:pPr>
        <w:spacing w:line="240" w:lineRule="auto"/>
        <w:ind w:firstLine="567"/>
        <w:jc w:val="both"/>
        <w:rPr>
          <w:szCs w:val="28"/>
          <w:lang w:val="ru-RU"/>
        </w:rPr>
      </w:pPr>
    </w:p>
    <w:p w14:paraId="75964A89" w14:textId="77777777" w:rsidR="008F719C" w:rsidRPr="00E7567B" w:rsidRDefault="008F719C" w:rsidP="00E7567B">
      <w:pPr>
        <w:spacing w:line="240" w:lineRule="auto"/>
        <w:ind w:firstLine="567"/>
        <w:jc w:val="both"/>
        <w:rPr>
          <w:szCs w:val="28"/>
          <w:lang w:val="ru-RU"/>
        </w:rPr>
      </w:pPr>
    </w:p>
    <w:p w14:paraId="16CF45EB" w14:textId="77777777" w:rsidR="009A3F80" w:rsidRPr="00E7567B" w:rsidRDefault="009A3F80" w:rsidP="009A3F80">
      <w:pPr>
        <w:pStyle w:val="ae"/>
        <w:spacing w:line="240" w:lineRule="auto"/>
        <w:ind w:left="709"/>
        <w:jc w:val="both"/>
        <w:rPr>
          <w:szCs w:val="28"/>
          <w:lang w:val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7193C" w:rsidRPr="00E7567B" w14:paraId="46602A46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A061D" w14:textId="77777777" w:rsidR="00A7193C" w:rsidRPr="00E7567B" w:rsidRDefault="00B31F38">
            <w:pPr>
              <w:rPr>
                <w:szCs w:val="28"/>
              </w:rPr>
            </w:pPr>
            <w:proofErr w:type="spellStart"/>
            <w:r w:rsidRPr="00E7567B">
              <w:rPr>
                <w:szCs w:val="28"/>
              </w:rPr>
              <w:t>Міський</w:t>
            </w:r>
            <w:proofErr w:type="spellEnd"/>
            <w:r w:rsidRPr="00E7567B">
              <w:rPr>
                <w:szCs w:val="28"/>
              </w:rPr>
              <w:t xml:space="preserve"> </w:t>
            </w:r>
            <w:proofErr w:type="spellStart"/>
            <w:r w:rsidRPr="00E7567B">
              <w:rPr>
                <w:szCs w:val="28"/>
              </w:rPr>
              <w:t>голова</w:t>
            </w:r>
            <w:proofErr w:type="spellEnd"/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53CA" w14:textId="1A14721D" w:rsidR="00A7193C" w:rsidRPr="00E7567B" w:rsidRDefault="00D50BF9">
            <w:pPr>
              <w:jc w:val="right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     </w:t>
            </w:r>
            <w:proofErr w:type="spellStart"/>
            <w:r w:rsidR="00B31F38" w:rsidRPr="00E7567B">
              <w:rPr>
                <w:szCs w:val="28"/>
              </w:rPr>
              <w:t>Сергій</w:t>
            </w:r>
            <w:proofErr w:type="spellEnd"/>
            <w:r w:rsidR="00B31F38" w:rsidRPr="00E7567B">
              <w:rPr>
                <w:szCs w:val="28"/>
              </w:rPr>
              <w:t xml:space="preserve"> НАСАЛИК</w:t>
            </w:r>
          </w:p>
        </w:tc>
      </w:tr>
      <w:tr w:rsidR="00D50BF9" w:rsidRPr="00E7567B" w14:paraId="34F15A86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80E9A" w14:textId="77777777" w:rsidR="00D50BF9" w:rsidRDefault="00D50BF9">
            <w:pPr>
              <w:rPr>
                <w:szCs w:val="28"/>
                <w:lang w:val="uk-UA"/>
              </w:rPr>
            </w:pPr>
          </w:p>
          <w:p w14:paraId="0B59DF4A" w14:textId="77777777" w:rsidR="00D50BF9" w:rsidRDefault="00D50BF9">
            <w:pPr>
              <w:rPr>
                <w:szCs w:val="28"/>
                <w:lang w:val="uk-UA"/>
              </w:rPr>
            </w:pPr>
          </w:p>
          <w:p w14:paraId="6F6370DB" w14:textId="3CBAC950" w:rsidR="00D50BF9" w:rsidRPr="00D50BF9" w:rsidRDefault="00D50BF9">
            <w:pPr>
              <w:rPr>
                <w:sz w:val="24"/>
                <w:szCs w:val="24"/>
                <w:lang w:val="uk-UA"/>
              </w:rPr>
            </w:pPr>
            <w:proofErr w:type="spellStart"/>
            <w:r w:rsidRPr="00D50BF9">
              <w:rPr>
                <w:sz w:val="24"/>
                <w:szCs w:val="24"/>
                <w:lang w:val="uk-UA"/>
              </w:rPr>
              <w:t>Вик</w:t>
            </w:r>
            <w:proofErr w:type="spellEnd"/>
            <w:r w:rsidRPr="00D50BF9">
              <w:rPr>
                <w:sz w:val="24"/>
                <w:szCs w:val="24"/>
                <w:lang w:val="uk-UA"/>
              </w:rPr>
              <w:t>. Андрій Остапчук</w:t>
            </w: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D76BF" w14:textId="77777777" w:rsidR="00D50BF9" w:rsidRDefault="00D50BF9">
            <w:pPr>
              <w:jc w:val="right"/>
              <w:rPr>
                <w:szCs w:val="28"/>
                <w:lang w:val="uk-UA"/>
              </w:rPr>
            </w:pPr>
          </w:p>
        </w:tc>
      </w:tr>
    </w:tbl>
    <w:p w14:paraId="72429A9D" w14:textId="3F782F85" w:rsidR="00A7193C" w:rsidRPr="00C91204" w:rsidRDefault="00D50BF9" w:rsidP="00D50BF9">
      <w:pPr>
        <w:pageBreakBefore/>
        <w:jc w:val="center"/>
        <w:rPr>
          <w:lang w:val="ru-RU"/>
        </w:rPr>
      </w:pPr>
      <w:r>
        <w:rPr>
          <w:sz w:val="24"/>
          <w:lang w:val="ru-RU"/>
        </w:rPr>
        <w:lastRenderedPageBreak/>
        <w:t xml:space="preserve">                                                                 </w:t>
      </w:r>
      <w:proofErr w:type="spellStart"/>
      <w:r w:rsidR="00B31F38" w:rsidRPr="00C91204">
        <w:rPr>
          <w:sz w:val="24"/>
          <w:lang w:val="ru-RU"/>
        </w:rPr>
        <w:t>Додаток</w:t>
      </w:r>
      <w:proofErr w:type="spellEnd"/>
    </w:p>
    <w:p w14:paraId="00327B6A" w14:textId="77777777" w:rsidR="00A7193C" w:rsidRPr="00C91204" w:rsidRDefault="00B31F38">
      <w:pPr>
        <w:jc w:val="right"/>
        <w:rPr>
          <w:lang w:val="ru-RU"/>
        </w:rPr>
      </w:pPr>
      <w:r w:rsidRPr="00C91204">
        <w:rPr>
          <w:sz w:val="24"/>
          <w:lang w:val="ru-RU"/>
        </w:rPr>
        <w:t xml:space="preserve">до </w:t>
      </w:r>
      <w:proofErr w:type="spellStart"/>
      <w:r w:rsidRPr="00C91204">
        <w:rPr>
          <w:sz w:val="24"/>
          <w:lang w:val="ru-RU"/>
        </w:rPr>
        <w:t>розпорядження</w:t>
      </w:r>
      <w:proofErr w:type="spellEnd"/>
      <w:r w:rsidRPr="00C91204">
        <w:rPr>
          <w:sz w:val="24"/>
          <w:lang w:val="ru-RU"/>
        </w:rPr>
        <w:t xml:space="preserve"> </w:t>
      </w:r>
      <w:proofErr w:type="spellStart"/>
      <w:r w:rsidRPr="00C91204">
        <w:rPr>
          <w:sz w:val="24"/>
          <w:lang w:val="ru-RU"/>
        </w:rPr>
        <w:t>міського</w:t>
      </w:r>
      <w:proofErr w:type="spellEnd"/>
      <w:r w:rsidRPr="00C91204">
        <w:rPr>
          <w:sz w:val="24"/>
          <w:lang w:val="ru-RU"/>
        </w:rPr>
        <w:t xml:space="preserve"> </w:t>
      </w:r>
      <w:proofErr w:type="spellStart"/>
      <w:r w:rsidRPr="00C91204">
        <w:rPr>
          <w:sz w:val="24"/>
          <w:lang w:val="ru-RU"/>
        </w:rPr>
        <w:t>голови</w:t>
      </w:r>
      <w:proofErr w:type="spellEnd"/>
    </w:p>
    <w:p w14:paraId="2BB54715" w14:textId="4B261121" w:rsidR="00A7193C" w:rsidRPr="00C91204" w:rsidRDefault="00D50BF9" w:rsidP="00D50BF9">
      <w:pPr>
        <w:spacing w:after="240"/>
        <w:jc w:val="center"/>
        <w:rPr>
          <w:lang w:val="ru-RU"/>
        </w:rPr>
      </w:pPr>
      <w:r>
        <w:rPr>
          <w:sz w:val="24"/>
          <w:lang w:val="ru-RU"/>
        </w:rPr>
        <w:t xml:space="preserve">                                                                                                             </w:t>
      </w:r>
      <w:proofErr w:type="spellStart"/>
      <w:r w:rsidR="00B31F38" w:rsidRPr="00C91204">
        <w:rPr>
          <w:sz w:val="24"/>
          <w:lang w:val="ru-RU"/>
        </w:rPr>
        <w:t>від</w:t>
      </w:r>
      <w:proofErr w:type="spellEnd"/>
      <w:r w:rsidR="00B31F38" w:rsidRPr="00C91204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23 </w:t>
      </w:r>
      <w:r w:rsidR="00B31F38" w:rsidRPr="00C91204">
        <w:rPr>
          <w:sz w:val="24"/>
          <w:lang w:val="ru-RU"/>
        </w:rPr>
        <w:t xml:space="preserve">вересня 2026 року № </w:t>
      </w:r>
      <w:r>
        <w:rPr>
          <w:sz w:val="24"/>
          <w:lang w:val="ru-RU"/>
        </w:rPr>
        <w:t>243</w:t>
      </w:r>
      <w:r w:rsidR="00B31F38" w:rsidRPr="00C91204">
        <w:rPr>
          <w:sz w:val="24"/>
          <w:lang w:val="ru-RU"/>
        </w:rPr>
        <w:t xml:space="preserve"> -р</w:t>
      </w:r>
    </w:p>
    <w:p w14:paraId="6474C599" w14:textId="77777777" w:rsidR="00A7193C" w:rsidRPr="00C91204" w:rsidRDefault="00B31F38">
      <w:pPr>
        <w:spacing w:after="40"/>
        <w:jc w:val="center"/>
        <w:rPr>
          <w:lang w:val="ru-RU"/>
        </w:rPr>
      </w:pPr>
      <w:r w:rsidRPr="00C91204">
        <w:rPr>
          <w:b/>
          <w:lang w:val="ru-RU"/>
        </w:rPr>
        <w:t>ПЛАН</w:t>
      </w:r>
    </w:p>
    <w:p w14:paraId="6ECD660E" w14:textId="77777777" w:rsidR="00A7193C" w:rsidRPr="00EA0A80" w:rsidRDefault="00B31F38">
      <w:pPr>
        <w:spacing w:after="200"/>
        <w:jc w:val="center"/>
        <w:rPr>
          <w:lang w:val="ru-RU"/>
        </w:rPr>
      </w:pPr>
      <w:r>
        <w:rPr>
          <w:b/>
          <w:lang w:val="ru-RU"/>
        </w:rPr>
        <w:t>заходів у межах Європейського тижня мобільності 2026</w:t>
      </w:r>
      <w:r>
        <w:rPr>
          <w:b/>
          <w:lang w:val="ru-RU"/>
        </w:rPr>
        <w:br/>
        <w:t>у Рогатинській міській територіальній громаді</w:t>
      </w:r>
    </w:p>
    <w:tbl>
      <w:tblPr>
        <w:tblStyle w:val="aff2"/>
        <w:tblW w:w="9872" w:type="dxa"/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559"/>
        <w:gridCol w:w="3527"/>
      </w:tblGrid>
      <w:tr w:rsidR="00A7193C" w:rsidRPr="00C91204" w14:paraId="3C81B1F6" w14:textId="77777777" w:rsidTr="00C91204">
        <w:trPr>
          <w:trHeight w:val="485"/>
        </w:trPr>
        <w:tc>
          <w:tcPr>
            <w:tcW w:w="534" w:type="dxa"/>
          </w:tcPr>
          <w:p w14:paraId="58D1215E" w14:textId="77777777" w:rsidR="00A7193C" w:rsidRPr="00C91204" w:rsidRDefault="00EA0A80" w:rsidP="00EA0A80">
            <w:pPr>
              <w:rPr>
                <w:sz w:val="24"/>
                <w:szCs w:val="24"/>
              </w:rPr>
            </w:pPr>
            <w:r w:rsidRPr="00C91204">
              <w:rPr>
                <w:b/>
                <w:color w:val="000000"/>
                <w:sz w:val="24"/>
                <w:szCs w:val="24"/>
              </w:rPr>
              <w:t xml:space="preserve">№ </w:t>
            </w:r>
            <w:r w:rsidR="00B31F38" w:rsidRPr="00C91204">
              <w:rPr>
                <w:b/>
                <w:color w:val="000000"/>
                <w:sz w:val="24"/>
                <w:szCs w:val="24"/>
              </w:rPr>
              <w:t>з/п</w:t>
            </w:r>
          </w:p>
        </w:tc>
        <w:tc>
          <w:tcPr>
            <w:tcW w:w="4252" w:type="dxa"/>
          </w:tcPr>
          <w:p w14:paraId="69F9FDC5" w14:textId="77777777" w:rsidR="00A7193C" w:rsidRPr="00C91204" w:rsidRDefault="00B31F38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C91204">
              <w:rPr>
                <w:b/>
                <w:color w:val="000000"/>
                <w:sz w:val="24"/>
                <w:szCs w:val="24"/>
                <w:lang w:val="ru-RU"/>
              </w:rPr>
              <w:t>Назва</w:t>
            </w:r>
            <w:proofErr w:type="spellEnd"/>
            <w:r w:rsidRPr="00C91204">
              <w:rPr>
                <w:b/>
                <w:color w:val="000000"/>
                <w:sz w:val="24"/>
                <w:szCs w:val="24"/>
                <w:lang w:val="ru-RU"/>
              </w:rPr>
              <w:t xml:space="preserve"> та короткий </w:t>
            </w:r>
            <w:proofErr w:type="spellStart"/>
            <w:r w:rsidRPr="00C91204">
              <w:rPr>
                <w:b/>
                <w:color w:val="000000"/>
                <w:sz w:val="24"/>
                <w:szCs w:val="24"/>
                <w:lang w:val="ru-RU"/>
              </w:rPr>
              <w:t>зміст</w:t>
            </w:r>
            <w:proofErr w:type="spellEnd"/>
            <w:r w:rsidRPr="00C91204">
              <w:rPr>
                <w:b/>
                <w:color w:val="000000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1559" w:type="dxa"/>
          </w:tcPr>
          <w:p w14:paraId="36895A9D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proofErr w:type="spellStart"/>
            <w:r w:rsidRPr="00C91204">
              <w:rPr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C91204">
              <w:rPr>
                <w:b/>
                <w:color w:val="000000"/>
                <w:sz w:val="24"/>
                <w:szCs w:val="24"/>
              </w:rPr>
              <w:br/>
            </w:r>
            <w:proofErr w:type="spellStart"/>
            <w:r w:rsidRPr="00C91204">
              <w:rPr>
                <w:b/>
                <w:color w:val="000000"/>
                <w:sz w:val="24"/>
                <w:szCs w:val="24"/>
              </w:rPr>
              <w:t>проведення</w:t>
            </w:r>
            <w:proofErr w:type="spellEnd"/>
          </w:p>
        </w:tc>
        <w:tc>
          <w:tcPr>
            <w:tcW w:w="3527" w:type="dxa"/>
          </w:tcPr>
          <w:p w14:paraId="4E661007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proofErr w:type="spellStart"/>
            <w:r w:rsidRPr="00C91204">
              <w:rPr>
                <w:b/>
                <w:color w:val="000000"/>
                <w:sz w:val="24"/>
                <w:szCs w:val="24"/>
              </w:rPr>
              <w:t>Відповідальні</w:t>
            </w:r>
            <w:proofErr w:type="spellEnd"/>
          </w:p>
        </w:tc>
      </w:tr>
      <w:tr w:rsidR="00A7193C" w:rsidRPr="00C91204" w14:paraId="4C6C5A40" w14:textId="77777777" w:rsidTr="00D47CF5">
        <w:trPr>
          <w:trHeight w:val="1427"/>
        </w:trPr>
        <w:tc>
          <w:tcPr>
            <w:tcW w:w="534" w:type="dxa"/>
          </w:tcPr>
          <w:p w14:paraId="569506E7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14:paraId="2E36B245" w14:textId="77777777" w:rsidR="00A7193C" w:rsidRPr="00C91204" w:rsidRDefault="00B31F38">
            <w:pPr>
              <w:rPr>
                <w:sz w:val="24"/>
                <w:szCs w:val="24"/>
                <w:lang w:val="ru-RU"/>
              </w:rPr>
            </w:pPr>
            <w:r w:rsidRPr="00C91204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Мій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шлях у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громаді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» -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спільна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активність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із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представниками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поліції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спрямована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формування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навичок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безпечного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пересування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оцінку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маршрутів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закладів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освіти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14:paraId="0361DF8E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3527" w:type="dxa"/>
          </w:tcPr>
          <w:p w14:paraId="5CC9FFEF" w14:textId="5C732CB8" w:rsidR="00A7193C" w:rsidRPr="00C91204" w:rsidRDefault="00B31F38">
            <w:pPr>
              <w:rPr>
                <w:sz w:val="24"/>
                <w:szCs w:val="24"/>
              </w:rPr>
            </w:pPr>
            <w:proofErr w:type="spellStart"/>
            <w:r w:rsidRPr="00C91204">
              <w:rPr>
                <w:color w:val="000000"/>
                <w:sz w:val="24"/>
                <w:szCs w:val="24"/>
              </w:rPr>
              <w:t>Рогатинський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ліцей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№1;</w:t>
            </w:r>
            <w:r w:rsidR="00D47CF5"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відділення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поліції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№ 4 (м.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Рогатин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Івано-Франківського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районного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управління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поліції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ГУНП в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Івано-Франківській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області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за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91204" w:rsidRPr="00C91204">
              <w:rPr>
                <w:color w:val="000000"/>
                <w:sz w:val="24"/>
                <w:szCs w:val="24"/>
              </w:rPr>
              <w:t>згодою</w:t>
            </w:r>
            <w:proofErr w:type="spellEnd"/>
            <w:r w:rsidR="00C91204" w:rsidRPr="00C91204">
              <w:rPr>
                <w:color w:val="000000"/>
                <w:sz w:val="24"/>
                <w:szCs w:val="24"/>
              </w:rPr>
              <w:t>).</w:t>
            </w:r>
          </w:p>
        </w:tc>
      </w:tr>
      <w:tr w:rsidR="00A7193C" w:rsidRPr="00D11EBE" w14:paraId="0B99E56F" w14:textId="77777777" w:rsidTr="00C91204">
        <w:trPr>
          <w:trHeight w:val="1213"/>
        </w:trPr>
        <w:tc>
          <w:tcPr>
            <w:tcW w:w="534" w:type="dxa"/>
          </w:tcPr>
          <w:p w14:paraId="73CF2EB3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14:paraId="6E3F86FB" w14:textId="77777777" w:rsidR="00A7193C" w:rsidRPr="00C91204" w:rsidRDefault="00B31F38">
            <w:pPr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Маршрут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поколінь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» -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оцінювання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доступності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тротуарів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переходів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понижень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бордюрів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зупинок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громадського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транспорту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та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можливостей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пересування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людей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інвалідністю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різними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категоріями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</w:rPr>
              <w:t>учасників</w:t>
            </w:r>
            <w:proofErr w:type="spellEnd"/>
            <w:r w:rsidRPr="00C9120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14:paraId="162A3210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3527" w:type="dxa"/>
          </w:tcPr>
          <w:p w14:paraId="6BCF526C" w14:textId="77777777" w:rsidR="00A7193C" w:rsidRPr="00C91204" w:rsidRDefault="00C91204">
            <w:pPr>
              <w:rPr>
                <w:sz w:val="24"/>
                <w:szCs w:val="24"/>
                <w:lang w:val="ru-RU"/>
              </w:rPr>
            </w:pP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Відділення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Ветеранський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простір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Серце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ветерана»» КУ «Центр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соціальних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служб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Рогатинської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міської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ради»</w:t>
            </w:r>
          </w:p>
        </w:tc>
      </w:tr>
      <w:tr w:rsidR="00A7193C" w:rsidRPr="00D11EBE" w14:paraId="258E59AD" w14:textId="77777777" w:rsidTr="003E1399">
        <w:trPr>
          <w:trHeight w:val="1410"/>
        </w:trPr>
        <w:tc>
          <w:tcPr>
            <w:tcW w:w="534" w:type="dxa"/>
          </w:tcPr>
          <w:p w14:paraId="2A0391E4" w14:textId="77777777" w:rsidR="00A7193C" w:rsidRPr="00C91204" w:rsidRDefault="00B31F38">
            <w:pPr>
              <w:jc w:val="center"/>
              <w:rPr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14:paraId="6600A501" w14:textId="77777777" w:rsidR="00A7193C" w:rsidRPr="005840A4" w:rsidRDefault="00B31F38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Сімейний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велозаїзд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Рухаємось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разом» - короткий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безпечний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веломаршрут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містом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популяризації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екологічного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й доступного способу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пересування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короткі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відстані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14:paraId="41C6F4A6" w14:textId="77777777" w:rsidR="00A7193C" w:rsidRPr="005840A4" w:rsidRDefault="00B31F38">
            <w:pPr>
              <w:jc w:val="center"/>
              <w:rPr>
                <w:color w:val="FF0000"/>
                <w:sz w:val="24"/>
                <w:szCs w:val="24"/>
              </w:rPr>
            </w:pPr>
            <w:r w:rsidRPr="005840A4">
              <w:rPr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3527" w:type="dxa"/>
          </w:tcPr>
          <w:p w14:paraId="08A4639E" w14:textId="77777777" w:rsidR="00A7193C" w:rsidRPr="005840A4" w:rsidRDefault="00B31F38">
            <w:pPr>
              <w:rPr>
                <w:color w:val="FF0000"/>
                <w:sz w:val="24"/>
                <w:szCs w:val="24"/>
                <w:lang w:val="ru-RU"/>
              </w:rPr>
            </w:pP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Рогатинський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ліцей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імені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Братів</w:t>
            </w:r>
            <w:proofErr w:type="spellEnd"/>
            <w:r w:rsidRPr="005840A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840A4">
              <w:rPr>
                <w:color w:val="000000"/>
                <w:sz w:val="24"/>
                <w:szCs w:val="24"/>
                <w:lang w:val="ru-RU"/>
              </w:rPr>
              <w:t>Рогатинців</w:t>
            </w:r>
            <w:proofErr w:type="spellEnd"/>
          </w:p>
        </w:tc>
      </w:tr>
      <w:tr w:rsidR="003E1399" w:rsidRPr="00D11EBE" w14:paraId="4519F4D7" w14:textId="77777777" w:rsidTr="003E1399">
        <w:trPr>
          <w:trHeight w:val="1202"/>
        </w:trPr>
        <w:tc>
          <w:tcPr>
            <w:tcW w:w="534" w:type="dxa"/>
          </w:tcPr>
          <w:p w14:paraId="16484900" w14:textId="19383384" w:rsidR="003E1399" w:rsidRPr="00C91204" w:rsidRDefault="003E1399" w:rsidP="003E139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14:paraId="6E253819" w14:textId="3512C4E9" w:rsidR="003E1399" w:rsidRPr="005840A4" w:rsidRDefault="003E1399" w:rsidP="003E1399">
            <w:pPr>
              <w:rPr>
                <w:color w:val="000000"/>
                <w:sz w:val="24"/>
                <w:szCs w:val="24"/>
                <w:lang w:val="ru-RU"/>
              </w:rPr>
            </w:pPr>
            <w:r w:rsidRPr="00C91204">
              <w:rPr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Мобільність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громади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завтра» - перегляд та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обговорення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тематичного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фільму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безбар’єрність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студентської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молоді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14:paraId="24E612A4" w14:textId="2C18DFE9" w:rsidR="003E1399" w:rsidRPr="005840A4" w:rsidRDefault="003E1399" w:rsidP="003E1399">
            <w:pPr>
              <w:jc w:val="center"/>
              <w:rPr>
                <w:color w:val="000000"/>
                <w:sz w:val="24"/>
                <w:szCs w:val="24"/>
              </w:rPr>
            </w:pPr>
            <w:r w:rsidRPr="00C91204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1</w:t>
            </w:r>
            <w:r w:rsidRPr="00C91204">
              <w:rPr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3527" w:type="dxa"/>
          </w:tcPr>
          <w:p w14:paraId="2965E549" w14:textId="5152A923" w:rsidR="003E1399" w:rsidRPr="005840A4" w:rsidRDefault="003E1399" w:rsidP="003E1399">
            <w:pPr>
              <w:rPr>
                <w:color w:val="000000"/>
                <w:sz w:val="24"/>
                <w:szCs w:val="24"/>
                <w:lang w:val="ru-RU"/>
              </w:rPr>
            </w:pPr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Рогатинська центральна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бібліотека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;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Рогатинський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аграрний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фаховий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коледж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згодою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A7193C" w:rsidRPr="00D11EBE" w14:paraId="0E821523" w14:textId="77777777" w:rsidTr="00D11EBE">
        <w:trPr>
          <w:trHeight w:val="2160"/>
        </w:trPr>
        <w:tc>
          <w:tcPr>
            <w:tcW w:w="534" w:type="dxa"/>
          </w:tcPr>
          <w:p w14:paraId="6112FAF1" w14:textId="3E8F4D4A" w:rsidR="00A7193C" w:rsidRPr="00C91204" w:rsidRDefault="003E139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14:paraId="3031D920" w14:textId="77777777" w:rsidR="00A7193C" w:rsidRPr="00C91204" w:rsidRDefault="00B31F38">
            <w:pPr>
              <w:rPr>
                <w:sz w:val="24"/>
                <w:szCs w:val="24"/>
                <w:lang w:val="ru-RU"/>
              </w:rPr>
            </w:pP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Простір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Мобільність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всіх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Активність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«Карта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безпечного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маршруту школяра»: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обстеження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маршрутів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дім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- школа -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укриття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спортивний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майданчик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-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зупинка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громадського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транспорту з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позначенням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безпечних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проблемних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недоступних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ділянок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14:paraId="036377D8" w14:textId="01A0E711" w:rsidR="00A7193C" w:rsidRPr="00C91204" w:rsidRDefault="00B31F38" w:rsidP="003E1399">
            <w:pPr>
              <w:jc w:val="center"/>
              <w:rPr>
                <w:sz w:val="24"/>
                <w:szCs w:val="24"/>
              </w:rPr>
            </w:pPr>
            <w:r w:rsidRPr="00523EA3">
              <w:rPr>
                <w:color w:val="000000"/>
                <w:sz w:val="24"/>
                <w:szCs w:val="24"/>
              </w:rPr>
              <w:t>0</w:t>
            </w:r>
            <w:r w:rsidR="003E1399">
              <w:rPr>
                <w:color w:val="000000"/>
                <w:sz w:val="24"/>
                <w:szCs w:val="24"/>
              </w:rPr>
              <w:t>2</w:t>
            </w:r>
            <w:r w:rsidRPr="00523EA3">
              <w:rPr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3527" w:type="dxa"/>
          </w:tcPr>
          <w:p w14:paraId="19F95D6E" w14:textId="77777777" w:rsidR="00A7193C" w:rsidRPr="00C91204" w:rsidRDefault="00B31F38">
            <w:pPr>
              <w:rPr>
                <w:sz w:val="24"/>
                <w:szCs w:val="24"/>
                <w:lang w:val="ru-RU"/>
              </w:rPr>
            </w:pP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Рогатинський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ліцей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Гімназія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імені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1204">
              <w:rPr>
                <w:color w:val="000000"/>
                <w:sz w:val="24"/>
                <w:szCs w:val="24"/>
                <w:lang w:val="ru-RU"/>
              </w:rPr>
              <w:t>Володимира</w:t>
            </w:r>
            <w:proofErr w:type="spellEnd"/>
            <w:r w:rsidRPr="00C91204">
              <w:rPr>
                <w:color w:val="000000"/>
                <w:sz w:val="24"/>
                <w:szCs w:val="24"/>
                <w:lang w:val="ru-RU"/>
              </w:rPr>
              <w:t xml:space="preserve"> Великого»</w:t>
            </w:r>
          </w:p>
        </w:tc>
      </w:tr>
    </w:tbl>
    <w:p w14:paraId="269AC66B" w14:textId="77777777" w:rsidR="00A7193C" w:rsidRDefault="00A7193C">
      <w:pPr>
        <w:spacing w:before="240"/>
        <w:rPr>
          <w:lang w:val="ru-RU"/>
        </w:rPr>
      </w:pPr>
    </w:p>
    <w:p w14:paraId="1ABAB404" w14:textId="77777777" w:rsidR="00C91204" w:rsidRPr="00EA0A80" w:rsidRDefault="00C91204">
      <w:pPr>
        <w:spacing w:before="240"/>
        <w:rPr>
          <w:lang w:val="ru-RU"/>
        </w:rPr>
      </w:pPr>
    </w:p>
    <w:tbl>
      <w:tblPr>
        <w:tblW w:w="0" w:type="auto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819"/>
      </w:tblGrid>
      <w:tr w:rsidR="00A7193C" w:rsidRPr="00D50BF9" w14:paraId="6DB7817E" w14:textId="77777777" w:rsidTr="00D50BF9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CBC3" w14:textId="77777777" w:rsidR="00A7193C" w:rsidRDefault="00D50BF9">
            <w:pPr>
              <w:rPr>
                <w:szCs w:val="28"/>
                <w:lang w:val="ru-RU"/>
              </w:rPr>
            </w:pPr>
            <w:proofErr w:type="spellStart"/>
            <w:r>
              <w:rPr>
                <w:szCs w:val="28"/>
                <w:lang w:val="ru-RU"/>
              </w:rPr>
              <w:t>Керуючий</w:t>
            </w:r>
            <w:proofErr w:type="spellEnd"/>
            <w:r>
              <w:rPr>
                <w:szCs w:val="28"/>
                <w:lang w:val="ru-RU"/>
              </w:rPr>
              <w:t xml:space="preserve"> справами</w:t>
            </w:r>
          </w:p>
          <w:p w14:paraId="0798B953" w14:textId="5209954B" w:rsidR="00D50BF9" w:rsidRPr="00C91204" w:rsidRDefault="00D50BF9" w:rsidP="00D50BF9">
            <w:pPr>
              <w:ind w:right="-4966"/>
              <w:rPr>
                <w:szCs w:val="28"/>
                <w:lang w:val="ru-RU"/>
              </w:rPr>
            </w:pPr>
            <w:proofErr w:type="spellStart"/>
            <w:r>
              <w:rPr>
                <w:szCs w:val="28"/>
                <w:lang w:val="ru-RU"/>
              </w:rPr>
              <w:t>виконавчого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комітету</w:t>
            </w:r>
            <w:proofErr w:type="spellEnd"/>
            <w:r>
              <w:rPr>
                <w:szCs w:val="28"/>
                <w:lang w:val="ru-RU"/>
              </w:rPr>
              <w:t xml:space="preserve">           </w:t>
            </w:r>
          </w:p>
        </w:tc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5DA7" w14:textId="3B0BA17A" w:rsidR="00A7193C" w:rsidRPr="00D50BF9" w:rsidRDefault="00D50BF9" w:rsidP="00D50BF9">
            <w:pPr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 xml:space="preserve">                                Олег ВОВКУН</w:t>
            </w:r>
          </w:p>
        </w:tc>
      </w:tr>
    </w:tbl>
    <w:p w14:paraId="33EFB6F6" w14:textId="77777777" w:rsidR="00B31F38" w:rsidRPr="00D50BF9" w:rsidRDefault="00B31F38">
      <w:pPr>
        <w:rPr>
          <w:lang w:val="ru-RU"/>
        </w:rPr>
      </w:pPr>
    </w:p>
    <w:sectPr w:rsidR="00B31F38" w:rsidRPr="00D50BF9" w:rsidSect="008F719C">
      <w:headerReference w:type="default" r:id="rId10"/>
      <w:pgSz w:w="11906" w:h="16838"/>
      <w:pgMar w:top="1418" w:right="566" w:bottom="765" w:left="1134" w:header="283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CE2A" w14:textId="77777777" w:rsidR="007352D6" w:rsidRDefault="007352D6" w:rsidP="008F719C">
      <w:pPr>
        <w:spacing w:line="240" w:lineRule="auto"/>
      </w:pPr>
      <w:r>
        <w:separator/>
      </w:r>
    </w:p>
  </w:endnote>
  <w:endnote w:type="continuationSeparator" w:id="0">
    <w:p w14:paraId="0FC8E2FE" w14:textId="77777777" w:rsidR="007352D6" w:rsidRDefault="007352D6" w:rsidP="008F71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51626" w14:textId="77777777" w:rsidR="007352D6" w:rsidRDefault="007352D6" w:rsidP="008F719C">
      <w:pPr>
        <w:spacing w:line="240" w:lineRule="auto"/>
      </w:pPr>
      <w:r>
        <w:separator/>
      </w:r>
    </w:p>
  </w:footnote>
  <w:footnote w:type="continuationSeparator" w:id="0">
    <w:p w14:paraId="6022EA04" w14:textId="77777777" w:rsidR="007352D6" w:rsidRDefault="007352D6" w:rsidP="008F71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707856"/>
      <w:docPartObj>
        <w:docPartGallery w:val="Page Numbers (Top of Page)"/>
        <w:docPartUnique/>
      </w:docPartObj>
    </w:sdtPr>
    <w:sdtEndPr/>
    <w:sdtContent>
      <w:p w14:paraId="52C8DF91" w14:textId="3A277215" w:rsidR="008F719C" w:rsidRDefault="008F71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449A2AAD" w14:textId="77777777" w:rsidR="008F719C" w:rsidRDefault="008F719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E94CCA"/>
    <w:multiLevelType w:val="hybridMultilevel"/>
    <w:tmpl w:val="6D34DD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40AB0F9E"/>
    <w:multiLevelType w:val="hybridMultilevel"/>
    <w:tmpl w:val="7826E0BE"/>
    <w:lvl w:ilvl="0" w:tplc="B18030B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71251772">
    <w:abstractNumId w:val="8"/>
  </w:num>
  <w:num w:numId="2" w16cid:durableId="2017882746">
    <w:abstractNumId w:val="6"/>
  </w:num>
  <w:num w:numId="3" w16cid:durableId="1152410942">
    <w:abstractNumId w:val="5"/>
  </w:num>
  <w:num w:numId="4" w16cid:durableId="1705056854">
    <w:abstractNumId w:val="4"/>
  </w:num>
  <w:num w:numId="5" w16cid:durableId="1989046728">
    <w:abstractNumId w:val="7"/>
  </w:num>
  <w:num w:numId="6" w16cid:durableId="790711832">
    <w:abstractNumId w:val="3"/>
  </w:num>
  <w:num w:numId="7" w16cid:durableId="1129125148">
    <w:abstractNumId w:val="2"/>
  </w:num>
  <w:num w:numId="8" w16cid:durableId="1902324886">
    <w:abstractNumId w:val="1"/>
  </w:num>
  <w:num w:numId="9" w16cid:durableId="82923287">
    <w:abstractNumId w:val="0"/>
  </w:num>
  <w:num w:numId="10" w16cid:durableId="1217741224">
    <w:abstractNumId w:val="9"/>
  </w:num>
  <w:num w:numId="11" w16cid:durableId="16358725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AAD"/>
    <w:rsid w:val="0029639D"/>
    <w:rsid w:val="00326F90"/>
    <w:rsid w:val="00375F3E"/>
    <w:rsid w:val="003E1399"/>
    <w:rsid w:val="00523EA3"/>
    <w:rsid w:val="00574120"/>
    <w:rsid w:val="005840A4"/>
    <w:rsid w:val="007352D6"/>
    <w:rsid w:val="0079035C"/>
    <w:rsid w:val="008F719C"/>
    <w:rsid w:val="009A3F80"/>
    <w:rsid w:val="00A7193C"/>
    <w:rsid w:val="00AA1D8D"/>
    <w:rsid w:val="00B31F38"/>
    <w:rsid w:val="00B33837"/>
    <w:rsid w:val="00B47730"/>
    <w:rsid w:val="00BB51CE"/>
    <w:rsid w:val="00C713D6"/>
    <w:rsid w:val="00C91204"/>
    <w:rsid w:val="00CB0664"/>
    <w:rsid w:val="00CB69F7"/>
    <w:rsid w:val="00D11EBE"/>
    <w:rsid w:val="00D47CF5"/>
    <w:rsid w:val="00D50BF9"/>
    <w:rsid w:val="00D85CC7"/>
    <w:rsid w:val="00E7567B"/>
    <w:rsid w:val="00EA0A80"/>
    <w:rsid w:val="00EC19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BD6377"/>
  <w14:defaultImageDpi w14:val="300"/>
  <w15:docId w15:val="{281C3AA5-CCE2-458F-A8A3-ED6CAFCD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C7F40F-47EA-4BB2-A4FE-8F244133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2819</Words>
  <Characters>1607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4418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2026-09-22T05:45:00Z</cp:lastPrinted>
  <dcterms:created xsi:type="dcterms:W3CDTF">2026-09-22T06:15:00Z</dcterms:created>
  <dcterms:modified xsi:type="dcterms:W3CDTF">2026-09-22T06:15:00Z</dcterms:modified>
  <cp:category/>
</cp:coreProperties>
</file>